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游明朝" w:hAnsi="游明朝" w:eastAsia="游明朝"/>
          <w:b/>
          <w:sz w:val="32"/>
        </w:rPr>
        <w:t>職務経歴書</w:t>
      </w:r>
    </w:p>
    <w:p>
      <w:pPr>
        <w:spacing w:after="0"/>
        <w:jc w:val="right"/>
      </w:pPr>
      <w:r>
        <w:rPr>
          <w:rFonts w:ascii="游明朝" w:hAnsi="游明朝" w:eastAsia="游明朝"/>
          <w:b w:val="0"/>
          <w:sz w:val="20"/>
        </w:rPr>
        <w:t>20XX年X月X日現在</w:t>
      </w:r>
    </w:p>
    <w:p>
      <w:pPr>
        <w:spacing w:after="160"/>
        <w:jc w:val="right"/>
      </w:pPr>
      <w:r>
        <w:rPr>
          <w:rFonts w:ascii="游明朝" w:hAnsi="游明朝" w:eastAsia="游明朝"/>
          <w:b w:val="0"/>
          <w:sz w:val="21"/>
        </w:rPr>
        <w:t>氏名　○○　○○</w:t>
      </w:r>
    </w:p>
    <w:p>
      <w:pPr>
        <w:spacing w:after="40" w:before="200"/>
      </w:pPr>
      <w:r>
        <w:rPr>
          <w:rFonts w:ascii="游明朝" w:hAnsi="游明朝" w:eastAsia="游明朝"/>
          <w:b/>
          <w:sz w:val="24"/>
        </w:rPr>
        <w:t>■ 職務要約</w:t>
      </w:r>
    </w:p>
    <w:p>
      <w:pPr>
        <w:spacing w:after="40"/>
      </w:pPr>
      <w:r>
        <w:rPr>
          <w:rFonts w:ascii="游明朝" w:hAnsi="游明朝" w:eastAsia="游明朝"/>
          <w:b w:val="0"/>
          <w:color w:val="888888"/>
          <w:sz w:val="18"/>
        </w:rPr>
        <w:t>（150字前後。どこで、何年、どんな仕事を、誰を相手にしてきたかを数行で。冒頭で全体像を渡す。書き終えたらこの灰色の説明文は消す）</w:t>
      </w:r>
    </w:p>
    <w:p>
      <w:pPr>
        <w:spacing w:after="160"/>
      </w:pPr>
      <w:r>
        <w:rPr>
          <w:rFonts w:ascii="游明朝" w:hAnsi="游明朝" w:eastAsia="游明朝"/>
          <w:b w:val="0"/>
          <w:sz w:val="21"/>
        </w:rPr>
        <w:t>株式会社○○にて、法人営業として○年間、約○社の既存顧客を担当。課題の聞き取りから提案、契約後のフォローまで一貫して対応してきました。</w:t>
      </w:r>
    </w:p>
    <w:p>
      <w:pPr>
        <w:spacing w:after="40" w:before="200"/>
      </w:pPr>
      <w:r>
        <w:rPr>
          <w:rFonts w:ascii="游明朝" w:hAnsi="游明朝" w:eastAsia="游明朝"/>
          <w:b/>
          <w:sz w:val="24"/>
        </w:rPr>
        <w:t>■ 職務経歴</w:t>
      </w:r>
    </w:p>
    <w:p>
      <w:pPr>
        <w:spacing w:after="40"/>
      </w:pPr>
      <w:r>
        <w:rPr>
          <w:rFonts w:ascii="游明朝" w:hAnsi="游明朝" w:eastAsia="游明朝"/>
          <w:b w:val="0"/>
          <w:color w:val="888888"/>
          <w:sz w:val="18"/>
        </w:rPr>
        <w:t>（勤務先ごとに1ブロック。期間・所属・担当業務・工夫したこと・成果の順。1つの職歴にまとめず、担当が変わるたびに分ける）</w:t>
      </w:r>
    </w:p>
    <w:p>
      <w:pPr>
        <w:spacing w:after="40"/>
      </w:pPr>
      <w:r>
        <w:rPr>
          <w:rFonts w:ascii="游明朝" w:hAnsi="游明朝" w:eastAsia="游明朝"/>
          <w:b/>
          <w:sz w:val="21"/>
        </w:rPr>
        <w:t>20XX年X月〜20XX年X月　株式会社○○（従業員○名／事業内容：○○）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1814"/>
          </w:tcPr>
          <w:p>
            <w:r/>
            <w:r>
              <w:rPr>
                <w:rFonts w:ascii="游明朝" w:hAnsi="游明朝" w:eastAsia="游明朝"/>
                <w:b/>
                <w:sz w:val="20"/>
              </w:rPr>
              <w:t>所属・役職</w:t>
            </w:r>
          </w:p>
        </w:tc>
        <w:tc>
          <w:tcPr>
            <w:tcW w:type="dxa" w:w="7824"/>
          </w:tcPr>
          <w:p>
            <w:r/>
            <w:r>
              <w:rPr>
                <w:rFonts w:ascii="游明朝" w:hAnsi="游明朝" w:eastAsia="游明朝"/>
                <w:b w:val="0"/>
                <w:sz w:val="20"/>
              </w:rPr>
              <w:t>○○部○○課　主任（20XX年X月〜）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游明朝" w:hAnsi="游明朝" w:eastAsia="游明朝"/>
                <w:b/>
                <w:sz w:val="20"/>
              </w:rPr>
              <w:t>担当業務</w:t>
            </w:r>
          </w:p>
        </w:tc>
        <w:tc>
          <w:tcPr>
            <w:tcW w:type="dxa" w:w="7824"/>
          </w:tcPr>
          <w:p>
            <w:r/>
            <w:r>
              <w:rPr>
                <w:rFonts w:ascii="游明朝" w:hAnsi="游明朝" w:eastAsia="游明朝"/>
                <w:b w:val="0"/>
                <w:sz w:val="20"/>
              </w:rPr>
              <w:t>○○の対応、○○の調整、○○の作成、進捗管理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游明朝" w:hAnsi="游明朝" w:eastAsia="游明朝"/>
                <w:b/>
                <w:sz w:val="20"/>
              </w:rPr>
              <w:t>関わった相手</w:t>
            </w:r>
          </w:p>
        </w:tc>
        <w:tc>
          <w:tcPr>
            <w:tcW w:type="dxa" w:w="7824"/>
          </w:tcPr>
          <w:p>
            <w:r/>
            <w:r>
              <w:rPr>
                <w:rFonts w:ascii="游明朝" w:hAnsi="游明朝" w:eastAsia="游明朝"/>
                <w:b w:val="0"/>
                <w:sz w:val="20"/>
              </w:rPr>
              <w:t>社内：○○部・○○部／社外：既存顧客約○社、関係業者○社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游明朝" w:hAnsi="游明朝" w:eastAsia="游明朝"/>
                <w:b/>
                <w:sz w:val="20"/>
              </w:rPr>
              <w:t>工夫したこと</w:t>
            </w:r>
          </w:p>
        </w:tc>
        <w:tc>
          <w:tcPr>
            <w:tcW w:type="dxa" w:w="7824"/>
          </w:tcPr>
          <w:p>
            <w:r/>
            <w:r>
              <w:rPr>
                <w:rFonts w:ascii="游明朝" w:hAnsi="游明朝" w:eastAsia="游明朝"/>
                <w:b w:val="0"/>
                <w:sz w:val="20"/>
              </w:rPr>
              <w:t>要望を緊急度と重要度で整理し、顧客と社内双方に対応期限を共有して認識のずれを防いだ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游明朝" w:hAnsi="游明朝" w:eastAsia="游明朝"/>
                <w:b/>
                <w:sz w:val="20"/>
              </w:rPr>
              <w:t>成果</w:t>
            </w:r>
          </w:p>
        </w:tc>
        <w:tc>
          <w:tcPr>
            <w:tcW w:type="dxa" w:w="7824"/>
          </w:tcPr>
          <w:p>
            <w:r/>
            <w:r>
              <w:rPr>
                <w:rFonts w:ascii="游明朝" w:hAnsi="游明朝" w:eastAsia="游明朝"/>
                <w:b w:val="0"/>
                <w:sz w:val="20"/>
              </w:rPr>
              <w:t>確認漏れが減り、担当顧客の契約更新率が前年より改善した（自分で確認できる数字だけを書く）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游明朝" w:hAnsi="游明朝" w:eastAsia="游明朝"/>
          <w:b/>
          <w:sz w:val="21"/>
        </w:rPr>
        <w:t>20XX年X月〜20XX年X月　○○株式会社（従業員○名／事業内容：○○）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1814"/>
          </w:tcPr>
          <w:p>
            <w:r/>
            <w:r>
              <w:rPr>
                <w:rFonts w:ascii="游明朝" w:hAnsi="游明朝" w:eastAsia="游明朝"/>
                <w:b/>
                <w:sz w:val="20"/>
              </w:rPr>
              <w:t>所属・役職</w:t>
            </w:r>
          </w:p>
        </w:tc>
        <w:tc>
          <w:tcPr>
            <w:tcW w:type="dxa" w:w="7824"/>
          </w:tcPr>
          <w:p>
            <w:r/>
            <w:r>
              <w:rPr>
                <w:rFonts w:ascii="游明朝" w:hAnsi="游明朝" w:eastAsia="游明朝"/>
                <w:b w:val="0"/>
                <w:sz w:val="20"/>
              </w:rPr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游明朝" w:hAnsi="游明朝" w:eastAsia="游明朝"/>
                <w:b/>
                <w:sz w:val="20"/>
              </w:rPr>
              <w:t>担当業務</w:t>
            </w:r>
          </w:p>
        </w:tc>
        <w:tc>
          <w:tcPr>
            <w:tcW w:type="dxa" w:w="7824"/>
          </w:tcPr>
          <w:p>
            <w:r/>
            <w:r>
              <w:rPr>
                <w:rFonts w:ascii="游明朝" w:hAnsi="游明朝" w:eastAsia="游明朝"/>
                <w:b w:val="0"/>
                <w:sz w:val="20"/>
              </w:rPr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游明朝" w:hAnsi="游明朝" w:eastAsia="游明朝"/>
                <w:b/>
                <w:sz w:val="20"/>
              </w:rPr>
              <w:t>関わった相手</w:t>
            </w:r>
          </w:p>
        </w:tc>
        <w:tc>
          <w:tcPr>
            <w:tcW w:type="dxa" w:w="7824"/>
          </w:tcPr>
          <w:p>
            <w:r/>
            <w:r>
              <w:rPr>
                <w:rFonts w:ascii="游明朝" w:hAnsi="游明朝" w:eastAsia="游明朝"/>
                <w:b w:val="0"/>
                <w:sz w:val="20"/>
              </w:rPr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游明朝" w:hAnsi="游明朝" w:eastAsia="游明朝"/>
                <w:b/>
                <w:sz w:val="20"/>
              </w:rPr>
              <w:t>工夫したこと</w:t>
            </w:r>
          </w:p>
        </w:tc>
        <w:tc>
          <w:tcPr>
            <w:tcW w:type="dxa" w:w="7824"/>
          </w:tcPr>
          <w:p>
            <w:r/>
            <w:r>
              <w:rPr>
                <w:rFonts w:ascii="游明朝" w:hAnsi="游明朝" w:eastAsia="游明朝"/>
                <w:b w:val="0"/>
                <w:sz w:val="20"/>
              </w:rPr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游明朝" w:hAnsi="游明朝" w:eastAsia="游明朝"/>
                <w:b/>
                <w:sz w:val="20"/>
              </w:rPr>
              <w:t>成果</w:t>
            </w:r>
          </w:p>
        </w:tc>
        <w:tc>
          <w:tcPr>
            <w:tcW w:type="dxa" w:w="7824"/>
          </w:tcPr>
          <w:p>
            <w:r/>
            <w:r>
              <w:rPr>
                <w:rFonts w:ascii="游明朝" w:hAnsi="游明朝" w:eastAsia="游明朝"/>
                <w:b w:val="0"/>
                <w:sz w:val="20"/>
              </w:rPr>
            </w:r>
          </w:p>
        </w:tc>
      </w:tr>
    </w:tbl>
    <w:p>
      <w:pPr>
        <w:spacing w:after="40"/>
      </w:pPr>
    </w:p>
    <w:p>
      <w:pPr>
        <w:spacing w:after="40" w:before="200"/>
      </w:pPr>
      <w:r>
        <w:rPr>
          <w:rFonts w:ascii="游明朝" w:hAnsi="游明朝" w:eastAsia="游明朝"/>
          <w:b/>
          <w:sz w:val="24"/>
        </w:rPr>
        <w:t>■ 活かせる経験・知識</w:t>
      </w:r>
    </w:p>
    <w:p>
      <w:pPr>
        <w:spacing w:after="40"/>
      </w:pPr>
      <w:r>
        <w:rPr>
          <w:rFonts w:ascii="游明朝" w:hAnsi="游明朝" w:eastAsia="游明朝"/>
          <w:b w:val="0"/>
          <w:color w:val="888888"/>
          <w:sz w:val="18"/>
        </w:rPr>
        <w:t>（200字前後。成果の自慢ではなく、公務のどの場面で再現できるかに翻訳する。「住民」「事業者」「関係部署」「期限内」の語に置き換えて考える）</w:t>
      </w:r>
    </w:p>
    <w:p>
      <w:pPr>
        <w:spacing w:after="160"/>
      </w:pPr>
      <w:r>
        <w:rPr>
          <w:rFonts w:ascii="游明朝" w:hAnsi="游明朝" w:eastAsia="游明朝"/>
          <w:b w:val="0"/>
          <w:sz w:val="21"/>
        </w:rPr>
        <w:t>住民や事業者の話を整理し、関係部署と調整しながら期限内に対応する力として活かせます。○○の経験は、○○の窓口対応や○○の調整に転用できると考えています。</w:t>
      </w:r>
    </w:p>
    <w:p>
      <w:pPr>
        <w:spacing w:after="40" w:before="200"/>
      </w:pPr>
      <w:r>
        <w:rPr>
          <w:rFonts w:ascii="游明朝" w:hAnsi="游明朝" w:eastAsia="游明朝"/>
          <w:b/>
          <w:sz w:val="24"/>
        </w:rPr>
        <w:t>■ 資格・免許</w:t>
      </w:r>
    </w:p>
    <w:p>
      <w:pPr>
        <w:spacing w:after="40"/>
      </w:pPr>
      <w:r>
        <w:rPr>
          <w:rFonts w:ascii="游明朝" w:hAnsi="游明朝" w:eastAsia="游明朝"/>
          <w:b w:val="0"/>
          <w:color w:val="888888"/>
          <w:sz w:val="18"/>
        </w:rPr>
        <w:t>（取得年月とあわせて。業務に関係するものを先に）</w:t>
      </w:r>
    </w:p>
    <w:p>
      <w:pPr>
        <w:spacing w:after="160"/>
      </w:pPr>
      <w:r>
        <w:rPr>
          <w:rFonts w:ascii="游明朝" w:hAnsi="游明朝" w:eastAsia="游明朝"/>
          <w:b w:val="0"/>
          <w:sz w:val="21"/>
        </w:rPr>
        <w:t>20XX年X月　普通自動車第一種運転免許</w:t>
        <w:br/>
        <w:t>20XX年X月　○○検定○級</w:t>
      </w:r>
    </w:p>
    <w:p>
      <w:pPr>
        <w:spacing w:after="40" w:before="200"/>
      </w:pPr>
      <w:r>
        <w:rPr>
          <w:rFonts w:ascii="游明朝" w:hAnsi="游明朝" w:eastAsia="游明朝"/>
          <w:b/>
          <w:sz w:val="24"/>
        </w:rPr>
        <w:t>■ 自己PR</w:t>
      </w:r>
    </w:p>
    <w:p>
      <w:pPr>
        <w:spacing w:after="40"/>
      </w:pPr>
      <w:r>
        <w:rPr>
          <w:rFonts w:ascii="游明朝" w:hAnsi="游明朝" w:eastAsia="游明朝"/>
          <w:b w:val="0"/>
          <w:color w:val="888888"/>
          <w:sz w:val="18"/>
        </w:rPr>
        <w:t>（200〜400字。強みは1つに絞る。根拠となる場面と、公務での再現性をつける）</w:t>
      </w:r>
    </w:p>
    <w:p>
      <w:pPr>
        <w:spacing w:after="160"/>
      </w:pPr>
      <w:r>
        <w:rPr>
          <w:rFonts w:ascii="游明朝" w:hAnsi="游明朝" w:eastAsia="游明朝"/>
          <w:b w:val="0"/>
          <w:sz w:val="21"/>
        </w:rPr>
        <w:t>私の強みは、○○です。前職では○○の場面で、○○という工夫を続けてきました。この力は、○○の業務で同じように発揮できると考えています。</w:t>
      </w:r>
    </w:p>
    <w:p/>
    <w:p>
      <w:pPr>
        <w:spacing w:after="40"/>
      </w:pPr>
      <w:r>
        <w:rPr>
          <w:rFonts w:ascii="游明朝" w:hAnsi="游明朝" w:eastAsia="游明朝"/>
          <w:b w:val="0"/>
          <w:color w:val="888888"/>
          <w:sz w:val="18"/>
        </w:rPr>
        <w:t>提出前の確認：実績の自慢ではなく翻訳になっているか／成果だけでなくプロセスが書けているか／数字はすべて自分で説明できるか／守秘義務にあたる内容がないか／面接カードと矛盾していないか</w:t>
      </w:r>
    </w:p>
    <w:p>
      <w:pPr>
        <w:spacing w:after="40"/>
      </w:pPr>
      <w:r>
        <w:rPr>
          <w:rFonts w:ascii="游明朝" w:hAnsi="游明朝" w:eastAsia="游明朝"/>
          <w:b w:val="0"/>
          <w:color w:val="888888"/>
          <w:sz w:val="18"/>
        </w:rPr>
        <w:t>このテンプレートは「働きながら公務員に受かるブログ」（dokuzikrool.site）が配布しています。自治体が様式を指定している場合はそちらを優先してください。</w:t>
      </w:r>
    </w:p>
    <w:sectPr w:rsidR="00FC693F" w:rsidRPr="0006063C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